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sz w:val="19"/>
        </w:rPr>
        <w:t>SyncCatalog™</w:t>
      </w:r>
    </w:p>
    <w:p>
      <w:pPr>
        <w:pStyle w:val="Title"/>
        <w:spacing w:after="40"/>
        <w:jc w:val="center"/>
      </w:pPr>
      <w:r>
        <w:t>Song Split Sheet</w:t>
      </w:r>
    </w:p>
    <w:p>
      <w:pPr>
        <w:spacing w:after="60"/>
        <w:jc w:val="center"/>
      </w:pPr>
      <w:r>
        <w:rPr>
          <w:i/>
          <w:sz w:val="16"/>
        </w:rPr>
        <w:t>Document songwriter, publisher, and ownership information while everyone is aligned</w:t>
      </w:r>
    </w:p>
    <w:p>
      <w:pPr>
        <w:spacing w:after="80"/>
      </w:pPr>
      <w:r>
        <w:rPr>
          <w:i/>
          <w:sz w:val="13"/>
        </w:rPr>
        <w:t>Important: This resource is provided for educational and operational use only. It is not legal advice and is not a substitute for review by a qualified attorney, performing rights organization, publisher, administrator, or other appropriate professional. Requirements and practices may vary by project, territory, agreement, and organization.</w:t>
      </w:r>
    </w:p>
    <w:p>
      <w:pPr>
        <w:pStyle w:val="Heading1"/>
      </w:pPr>
      <w:r>
        <w:t>Work Information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shd w:fill="E9ECEF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  <w:vAlign w:val="center"/>
          </w:tcPr>
          <w:p>
            <w:pPr>
              <w:spacing w:after="0" w:before="0"/>
            </w:pPr>
            <w:r>
              <w:t>Song / Work Title</w:t>
            </w:r>
          </w:p>
        </w:tc>
        <w:tc>
          <w:tcPr>
            <w:tcW w:type="dxa" w:w="5328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  <w:vAlign w:val="center"/>
          </w:tcPr>
          <w:p>
            <w:pPr>
              <w:spacing w:after="0" w:before="0"/>
            </w:pPr>
            <w:r>
              <w:t>____________________________________________</w:t>
            </w:r>
          </w:p>
        </w:tc>
      </w:tr>
      <w:tr>
        <w:tc>
          <w:tcPr>
            <w:tcW w:type="dxa" w:w="5328"/>
            <w:shd w:fill="E9ECEF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  <w:vAlign w:val="center"/>
          </w:tcPr>
          <w:p>
            <w:pPr>
              <w:spacing w:after="0" w:before="0"/>
            </w:pPr>
            <w:r>
              <w:t>Alternate Title(s)</w:t>
            </w:r>
          </w:p>
        </w:tc>
        <w:tc>
          <w:tcPr>
            <w:tcW w:type="dxa" w:w="5328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  <w:vAlign w:val="center"/>
          </w:tcPr>
          <w:p>
            <w:pPr>
              <w:spacing w:after="0" w:before="0"/>
            </w:pPr>
            <w:r>
              <w:t>____________________________________________</w:t>
            </w:r>
          </w:p>
        </w:tc>
      </w:tr>
      <w:tr>
        <w:tc>
          <w:tcPr>
            <w:tcW w:type="dxa" w:w="5328"/>
            <w:shd w:fill="E9ECEF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  <w:vAlign w:val="center"/>
          </w:tcPr>
          <w:p>
            <w:pPr>
              <w:spacing w:after="0" w:before="0"/>
            </w:pPr>
            <w:r>
              <w:t>Date Created / Session</w:t>
            </w:r>
          </w:p>
        </w:tc>
        <w:tc>
          <w:tcPr>
            <w:tcW w:type="dxa" w:w="5328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  <w:vAlign w:val="center"/>
          </w:tcPr>
          <w:p>
            <w:pPr>
              <w:spacing w:after="0" w:before="0"/>
            </w:pPr>
            <w:r>
              <w:t>___________________</w:t>
            </w:r>
          </w:p>
        </w:tc>
      </w:tr>
      <w:tr>
        <w:tc>
          <w:tcPr>
            <w:tcW w:type="dxa" w:w="5328"/>
            <w:shd w:fill="E9ECEF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  <w:vAlign w:val="center"/>
          </w:tcPr>
          <w:p>
            <w:pPr>
              <w:spacing w:after="0" w:before="0"/>
            </w:pPr>
            <w:r>
              <w:t>Artist / Project</w:t>
            </w:r>
          </w:p>
        </w:tc>
        <w:tc>
          <w:tcPr>
            <w:tcW w:type="dxa" w:w="5328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  <w:vAlign w:val="center"/>
          </w:tcPr>
          <w:p>
            <w:pPr>
              <w:spacing w:after="0" w:before="0"/>
            </w:pPr>
            <w:r>
              <w:t>____________________________________________</w:t>
            </w:r>
          </w:p>
        </w:tc>
      </w:tr>
      <w:tr>
        <w:tc>
          <w:tcPr>
            <w:tcW w:type="dxa" w:w="5328"/>
            <w:shd w:fill="E9ECEF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  <w:vAlign w:val="center"/>
          </w:tcPr>
          <w:p>
            <w:pPr>
              <w:spacing w:after="0" w:before="0"/>
            </w:pPr>
            <w:r>
              <w:t>ISWC / Work ID (if assigned)</w:t>
            </w:r>
          </w:p>
        </w:tc>
        <w:tc>
          <w:tcPr>
            <w:tcW w:type="dxa" w:w="5328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  <w:vAlign w:val="center"/>
          </w:tcPr>
          <w:p>
            <w:pPr>
              <w:spacing w:after="0" w:before="0"/>
            </w:pPr>
            <w:r>
              <w:t>____________________________________________</w:t>
            </w:r>
          </w:p>
        </w:tc>
      </w:tr>
    </w:tbl>
    <w:p>
      <w:pPr>
        <w:spacing w:after="0"/>
      </w:pPr>
    </w:p>
    <w:p>
      <w:pPr>
        <w:pStyle w:val="Heading1"/>
      </w:pPr>
      <w:r>
        <w:t>Writer / Composer Splits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22"/>
        <w:gridCol w:w="1522"/>
        <w:gridCol w:w="1522"/>
        <w:gridCol w:w="1522"/>
        <w:gridCol w:w="1522"/>
        <w:gridCol w:w="1522"/>
        <w:gridCol w:w="1522"/>
      </w:tblGrid>
      <w:tr>
        <w:tc>
          <w:tcPr>
            <w:tcW w:type="dxa" w:w="1522"/>
            <w:shd w:fill="DDE2E6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</w:tcPr>
          <w:p>
            <w:pPr>
              <w:spacing w:after="0" w:before="0"/>
            </w:pPr>
            <w:r>
              <w:rPr>
                <w:sz w:val="13"/>
              </w:rPr>
              <w:t>Writer / Composer</w:t>
            </w:r>
          </w:p>
        </w:tc>
        <w:tc>
          <w:tcPr>
            <w:tcW w:type="dxa" w:w="1522"/>
            <w:shd w:fill="DDE2E6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</w:tcPr>
          <w:p>
            <w:pPr>
              <w:spacing w:after="0" w:before="0"/>
            </w:pPr>
            <w:r>
              <w:rPr>
                <w:sz w:val="13"/>
              </w:rPr>
              <w:t>Legal Name</w:t>
            </w:r>
          </w:p>
        </w:tc>
        <w:tc>
          <w:tcPr>
            <w:tcW w:type="dxa" w:w="1522"/>
            <w:shd w:fill="DDE2E6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</w:tcPr>
          <w:p>
            <w:pPr>
              <w:spacing w:after="0" w:before="0"/>
            </w:pPr>
            <w:r>
              <w:rPr>
                <w:sz w:val="13"/>
              </w:rPr>
              <w:t>PRO / Society</w:t>
            </w:r>
          </w:p>
        </w:tc>
        <w:tc>
          <w:tcPr>
            <w:tcW w:type="dxa" w:w="1522"/>
            <w:shd w:fill="DDE2E6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</w:tcPr>
          <w:p>
            <w:pPr>
              <w:spacing w:after="0" w:before="0"/>
            </w:pPr>
            <w:r>
              <w:rPr>
                <w:sz w:val="13"/>
              </w:rPr>
              <w:t>IPI / CAE</w:t>
            </w:r>
          </w:p>
        </w:tc>
        <w:tc>
          <w:tcPr>
            <w:tcW w:type="dxa" w:w="1522"/>
            <w:shd w:fill="DDE2E6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</w:tcPr>
          <w:p>
            <w:pPr>
              <w:spacing w:after="0" w:before="0"/>
            </w:pPr>
            <w:r>
              <w:rPr>
                <w:sz w:val="13"/>
              </w:rPr>
              <w:t>Writer %</w:t>
            </w:r>
          </w:p>
        </w:tc>
        <w:tc>
          <w:tcPr>
            <w:tcW w:type="dxa" w:w="1522"/>
            <w:shd w:fill="DDE2E6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</w:tcPr>
          <w:p>
            <w:pPr>
              <w:spacing w:after="0" w:before="0"/>
            </w:pPr>
            <w:r>
              <w:rPr>
                <w:sz w:val="13"/>
              </w:rPr>
              <w:t>Publisher / Admin</w:t>
            </w:r>
          </w:p>
        </w:tc>
        <w:tc>
          <w:tcPr>
            <w:tcW w:type="dxa" w:w="1522"/>
            <w:shd w:fill="DDE2E6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</w:tcPr>
          <w:p>
            <w:pPr>
              <w:spacing w:after="0" w:before="0"/>
            </w:pPr>
            <w:r>
              <w:rPr>
                <w:sz w:val="13"/>
              </w:rPr>
              <w:t>Publisher %</w:t>
            </w:r>
          </w:p>
        </w:tc>
      </w:tr>
      <w:tr>
        <w:tc>
          <w:tcPr>
            <w:tcW w:type="dxa" w:w="1522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</w:tcPr>
          <w:p>
            <w:pPr>
              <w:spacing w:after="0" w:before="0"/>
            </w:pPr>
          </w:p>
        </w:tc>
        <w:tc>
          <w:tcPr>
            <w:tcW w:type="dxa" w:w="1522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</w:tcPr>
          <w:p>
            <w:pPr>
              <w:spacing w:after="0" w:before="0"/>
            </w:pPr>
          </w:p>
        </w:tc>
        <w:tc>
          <w:tcPr>
            <w:tcW w:type="dxa" w:w="1522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</w:tcPr>
          <w:p>
            <w:pPr>
              <w:spacing w:after="0" w:before="0"/>
            </w:pPr>
          </w:p>
        </w:tc>
        <w:tc>
          <w:tcPr>
            <w:tcW w:type="dxa" w:w="1522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</w:tcPr>
          <w:p>
            <w:pPr>
              <w:spacing w:after="0" w:before="0"/>
            </w:pPr>
          </w:p>
        </w:tc>
        <w:tc>
          <w:tcPr>
            <w:tcW w:type="dxa" w:w="1522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</w:tcPr>
          <w:p>
            <w:pPr>
              <w:spacing w:after="0" w:before="0"/>
            </w:pPr>
          </w:p>
        </w:tc>
        <w:tc>
          <w:tcPr>
            <w:tcW w:type="dxa" w:w="1522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</w:tcPr>
          <w:p>
            <w:pPr>
              <w:spacing w:after="0" w:before="0"/>
            </w:pPr>
          </w:p>
        </w:tc>
        <w:tc>
          <w:tcPr>
            <w:tcW w:type="dxa" w:w="1522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</w:tcPr>
          <w:p>
            <w:pPr>
              <w:spacing w:after="0" w:before="0"/>
            </w:pPr>
          </w:p>
        </w:tc>
      </w:tr>
      <w:tr>
        <w:tc>
          <w:tcPr>
            <w:tcW w:type="dxa" w:w="1522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</w:tcPr>
          <w:p>
            <w:pPr>
              <w:spacing w:after="0" w:before="0"/>
            </w:pPr>
          </w:p>
        </w:tc>
        <w:tc>
          <w:tcPr>
            <w:tcW w:type="dxa" w:w="1522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</w:tcPr>
          <w:p>
            <w:pPr>
              <w:spacing w:after="0" w:before="0"/>
            </w:pPr>
          </w:p>
        </w:tc>
        <w:tc>
          <w:tcPr>
            <w:tcW w:type="dxa" w:w="1522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</w:tcPr>
          <w:p>
            <w:pPr>
              <w:spacing w:after="0" w:before="0"/>
            </w:pPr>
          </w:p>
        </w:tc>
        <w:tc>
          <w:tcPr>
            <w:tcW w:type="dxa" w:w="1522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</w:tcPr>
          <w:p>
            <w:pPr>
              <w:spacing w:after="0" w:before="0"/>
            </w:pPr>
          </w:p>
        </w:tc>
        <w:tc>
          <w:tcPr>
            <w:tcW w:type="dxa" w:w="1522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</w:tcPr>
          <w:p>
            <w:pPr>
              <w:spacing w:after="0" w:before="0"/>
            </w:pPr>
          </w:p>
        </w:tc>
        <w:tc>
          <w:tcPr>
            <w:tcW w:type="dxa" w:w="1522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</w:tcPr>
          <w:p>
            <w:pPr>
              <w:spacing w:after="0" w:before="0"/>
            </w:pPr>
          </w:p>
        </w:tc>
        <w:tc>
          <w:tcPr>
            <w:tcW w:type="dxa" w:w="1522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</w:tcPr>
          <w:p>
            <w:pPr>
              <w:spacing w:after="0" w:before="0"/>
            </w:pPr>
          </w:p>
        </w:tc>
      </w:tr>
      <w:tr>
        <w:tc>
          <w:tcPr>
            <w:tcW w:type="dxa" w:w="1522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</w:tcPr>
          <w:p>
            <w:pPr>
              <w:spacing w:after="0" w:before="0"/>
            </w:pPr>
          </w:p>
        </w:tc>
        <w:tc>
          <w:tcPr>
            <w:tcW w:type="dxa" w:w="1522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</w:tcPr>
          <w:p>
            <w:pPr>
              <w:spacing w:after="0" w:before="0"/>
            </w:pPr>
          </w:p>
        </w:tc>
        <w:tc>
          <w:tcPr>
            <w:tcW w:type="dxa" w:w="1522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</w:tcPr>
          <w:p>
            <w:pPr>
              <w:spacing w:after="0" w:before="0"/>
            </w:pPr>
          </w:p>
        </w:tc>
        <w:tc>
          <w:tcPr>
            <w:tcW w:type="dxa" w:w="1522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</w:tcPr>
          <w:p>
            <w:pPr>
              <w:spacing w:after="0" w:before="0"/>
            </w:pPr>
          </w:p>
        </w:tc>
        <w:tc>
          <w:tcPr>
            <w:tcW w:type="dxa" w:w="1522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</w:tcPr>
          <w:p>
            <w:pPr>
              <w:spacing w:after="0" w:before="0"/>
            </w:pPr>
          </w:p>
        </w:tc>
        <w:tc>
          <w:tcPr>
            <w:tcW w:type="dxa" w:w="1522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</w:tcPr>
          <w:p>
            <w:pPr>
              <w:spacing w:after="0" w:before="0"/>
            </w:pPr>
          </w:p>
        </w:tc>
        <w:tc>
          <w:tcPr>
            <w:tcW w:type="dxa" w:w="1522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</w:tcPr>
          <w:p>
            <w:pPr>
              <w:spacing w:after="0" w:before="0"/>
            </w:pPr>
          </w:p>
        </w:tc>
      </w:tr>
      <w:tr>
        <w:tc>
          <w:tcPr>
            <w:tcW w:type="dxa" w:w="1522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</w:tcPr>
          <w:p>
            <w:pPr>
              <w:spacing w:after="0" w:before="0"/>
            </w:pPr>
          </w:p>
        </w:tc>
        <w:tc>
          <w:tcPr>
            <w:tcW w:type="dxa" w:w="1522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</w:tcPr>
          <w:p>
            <w:pPr>
              <w:spacing w:after="0" w:before="0"/>
            </w:pPr>
          </w:p>
        </w:tc>
        <w:tc>
          <w:tcPr>
            <w:tcW w:type="dxa" w:w="1522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</w:tcPr>
          <w:p>
            <w:pPr>
              <w:spacing w:after="0" w:before="0"/>
            </w:pPr>
          </w:p>
        </w:tc>
        <w:tc>
          <w:tcPr>
            <w:tcW w:type="dxa" w:w="1522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</w:tcPr>
          <w:p>
            <w:pPr>
              <w:spacing w:after="0" w:before="0"/>
            </w:pPr>
          </w:p>
        </w:tc>
        <w:tc>
          <w:tcPr>
            <w:tcW w:type="dxa" w:w="1522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</w:tcPr>
          <w:p>
            <w:pPr>
              <w:spacing w:after="0" w:before="0"/>
            </w:pPr>
          </w:p>
        </w:tc>
        <w:tc>
          <w:tcPr>
            <w:tcW w:type="dxa" w:w="1522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</w:tcPr>
          <w:p>
            <w:pPr>
              <w:spacing w:after="0" w:before="0"/>
            </w:pPr>
          </w:p>
        </w:tc>
        <w:tc>
          <w:tcPr>
            <w:tcW w:type="dxa" w:w="1522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</w:tcPr>
          <w:p>
            <w:pPr>
              <w:spacing w:after="0" w:before="0"/>
            </w:pP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shd w:fill="E9ECEF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  <w:vAlign w:val="center"/>
          </w:tcPr>
          <w:p>
            <w:pPr>
              <w:spacing w:after="0" w:before="0"/>
            </w:pPr>
            <w:r>
              <w:t>Total Writer Share</w:t>
            </w:r>
          </w:p>
        </w:tc>
        <w:tc>
          <w:tcPr>
            <w:tcW w:type="dxa" w:w="5328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  <w:vAlign w:val="center"/>
          </w:tcPr>
          <w:p>
            <w:pPr>
              <w:spacing w:after="0" w:before="0"/>
            </w:pPr>
            <w:r>
              <w:t>________ %</w:t>
            </w:r>
          </w:p>
        </w:tc>
      </w:tr>
      <w:tr>
        <w:tc>
          <w:tcPr>
            <w:tcW w:type="dxa" w:w="5328"/>
            <w:shd w:fill="E9ECEF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  <w:vAlign w:val="center"/>
          </w:tcPr>
          <w:p>
            <w:pPr>
              <w:spacing w:after="0" w:before="0"/>
            </w:pPr>
            <w:r>
              <w:t>Total Publisher Share</w:t>
            </w:r>
          </w:p>
        </w:tc>
        <w:tc>
          <w:tcPr>
            <w:tcW w:type="dxa" w:w="5328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  <w:vAlign w:val="center"/>
          </w:tcPr>
          <w:p>
            <w:pPr>
              <w:spacing w:after="0" w:before="0"/>
            </w:pPr>
            <w:r>
              <w:t>________ %</w:t>
            </w:r>
          </w:p>
        </w:tc>
      </w:tr>
      <w:tr>
        <w:tc>
          <w:tcPr>
            <w:tcW w:type="dxa" w:w="5328"/>
            <w:shd w:fill="E9ECEF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  <w:vAlign w:val="center"/>
          </w:tcPr>
          <w:p>
            <w:pPr>
              <w:spacing w:after="0" w:before="0"/>
            </w:pPr>
            <w:r>
              <w:t>Master Owner / Controller</w:t>
            </w:r>
          </w:p>
        </w:tc>
        <w:tc>
          <w:tcPr>
            <w:tcW w:type="dxa" w:w="5328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  <w:vAlign w:val="center"/>
          </w:tcPr>
          <w:p>
            <w:pPr>
              <w:spacing w:after="0" w:before="0"/>
            </w:pPr>
            <w:r>
              <w:t>____________________________________________</w:t>
            </w:r>
          </w:p>
        </w:tc>
      </w:tr>
      <w:tr>
        <w:tc>
          <w:tcPr>
            <w:tcW w:type="dxa" w:w="5328"/>
            <w:shd w:fill="E9ECEF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  <w:vAlign w:val="center"/>
          </w:tcPr>
          <w:p>
            <w:pPr>
              <w:spacing w:after="0" w:before="0"/>
            </w:pPr>
            <w:r>
              <w:t>Master Ownership %</w:t>
            </w:r>
          </w:p>
        </w:tc>
        <w:tc>
          <w:tcPr>
            <w:tcW w:type="dxa" w:w="5328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  <w:vAlign w:val="center"/>
          </w:tcPr>
          <w:p>
            <w:pPr>
              <w:spacing w:after="0" w:before="0"/>
            </w:pPr>
            <w:r>
              <w:t>________ %</w:t>
            </w:r>
          </w:p>
        </w:tc>
      </w:tr>
    </w:tbl>
    <w:p>
      <w:pPr>
        <w:pStyle w:val="Heading2"/>
      </w:pPr>
      <w:r>
        <w:t>Additional Rights / Contributions</w:t>
      </w:r>
    </w:p>
    <w:p>
      <w:pPr>
        <w:spacing w:after="0"/>
      </w:pPr>
      <w:r>
        <w:t>☐ No samples, interpolations, or third-party material are known to be present.</w:t>
      </w:r>
    </w:p>
    <w:p>
      <w:pPr>
        <w:spacing w:after="0"/>
      </w:pPr>
      <w:r>
        <w:t>☐ Samples / interpolations / third-party material are present and documented separately.</w:t>
      </w:r>
    </w:p>
    <w:p>
      <w:pPr>
        <w:spacing w:after="0"/>
      </w:pPr>
      <w:r>
        <w:t>☐ Other contributors with approval or payment obligations are documented separately.</w:t>
      </w:r>
    </w:p>
    <w:p>
      <w:pPr>
        <w:pStyle w:val="Heading2"/>
      </w:pPr>
      <w:r>
        <w:t>Acknowledgment</w:t>
      </w:r>
    </w:p>
    <w:p>
      <w:pPr>
        <w:spacing w:after="60"/>
      </w:pPr>
      <w:r>
        <w:t>The undersigned confirm that the information above reflects their current understanding of ownership and participation in this work. Reconcile this sheet with registrations and governing agreements.</w:t>
      </w:r>
    </w:p>
    <w:p>
      <w:pPr>
        <w:spacing w:after="40"/>
      </w:pPr>
      <w:r>
        <w:t>Signature: _________________________   Printed Name: _________________________   Date: __________</w:t>
      </w:r>
    </w:p>
    <w:p>
      <w:pPr>
        <w:spacing w:after="40"/>
      </w:pPr>
      <w:r>
        <w:t>Signature: _________________________   Printed Name: _________________________   Date: __________</w:t>
      </w:r>
    </w:p>
    <w:p>
      <w:pPr>
        <w:spacing w:after="40"/>
      </w:pPr>
      <w:r>
        <w:t>Signature: _________________________   Printed Name: _________________________   Date: __________</w:t>
      </w:r>
    </w:p>
    <w:sectPr w:rsidR="00FC693F" w:rsidRPr="0006063C" w:rsidSect="00034616"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17365D" w:themeColor="text2" w:themeShade="BF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